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</w:pPr>
      <w:r>
        <w:rPr>
          <w:b w:val="0"/>
          <w:i/>
          <w:color w:val="6B1F24"/>
          <w:sz w:val="20"/>
        </w:rPr>
        <w:t>Template from Writing Children’s Books: A Complete Guide (Silver Current Press). Replace every bracketed placeholder, then delete this note.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[Your Name]</w:t>
              <w:br/>
              <w:t>[Street Address]</w:t>
              <w:br/>
              <w:t>[City, State ZIP]</w:t>
              <w:br/>
              <w:t>[Email]</w:t>
              <w:br/>
              <w:t>[Phone]</w:t>
            </w:r>
          </w:p>
        </w:tc>
        <w:tc>
          <w:tcPr>
            <w:tcW w:type="dxa" w:w="4680"/>
          </w:tcPr>
          <w:p>
            <w:pPr>
              <w:jc w:val="right"/>
            </w:pPr>
            <w:r>
              <w:t>Picture Book, Ages [4–7]</w:t>
              <w:br/>
              <w:t>[000] words</w:t>
            </w:r>
          </w:p>
        </w:tc>
      </w:tr>
    </w:tbl>
    <w:p>
      <w:pPr>
        <w:spacing w:after="0" w:before="0"/>
      </w:pPr>
      <w:r>
        <w:rPr>
          <w:b w:val="0"/>
          <w:i w:val="0"/>
        </w:rPr>
      </w:r>
    </w:p>
    <w:p>
      <w:pPr>
        <w:spacing w:after="0" w:before="0"/>
      </w:pPr>
      <w:r>
        <w:rPr>
          <w:b w:val="0"/>
          <w:i w:val="0"/>
        </w:rPr>
      </w:r>
    </w:p>
    <w:p>
      <w:pPr>
        <w:spacing w:after="0" w:before="0"/>
      </w:pPr>
      <w:r>
        <w:rPr>
          <w:b w:val="0"/>
          <w:i w:val="0"/>
        </w:rPr>
      </w:r>
    </w:p>
    <w:p>
      <w:pPr>
        <w:spacing w:after="0" w:before="0"/>
      </w:pPr>
      <w:r>
        <w:rPr>
          <w:b w:val="0"/>
          <w:i w:val="0"/>
        </w:rPr>
      </w:r>
    </w:p>
    <w:p>
      <w:pPr>
        <w:spacing w:after="0" w:before="0"/>
        <w:jc w:val="center"/>
      </w:pPr>
      <w:r>
        <w:rPr>
          <w:b/>
          <w:i w:val="0"/>
        </w:rPr>
        <w:t>[TITLE IN CAPITAL LETTERS]</w:t>
      </w:r>
    </w:p>
    <w:p>
      <w:pPr>
        <w:spacing w:after="480" w:before="0"/>
        <w:jc w:val="center"/>
      </w:pPr>
      <w:r>
        <w:rPr>
          <w:b w:val="0"/>
          <w:i w:val="0"/>
        </w:rPr>
        <w:t>by [Your Name]</w:t>
      </w:r>
    </w:p>
    <w:p>
      <w:pPr>
        <w:spacing w:after="240" w:before="0" w:line="480" w:lineRule="auto"/>
      </w:pPr>
      <w:r>
        <w:rPr>
          <w:b w:val="0"/>
          <w:i w:val="0"/>
        </w:rPr>
        <w:t>[Your story begins here. The text is double-spaced, in 12-point Times New Roman, with one-inch margins.]</w:t>
      </w:r>
    </w:p>
    <w:p>
      <w:pPr>
        <w:spacing w:after="240" w:before="0" w:line="480" w:lineRule="auto"/>
      </w:pPr>
      <w:r>
        <w:rPr>
          <w:b w:val="0"/>
          <w:i w:val="0"/>
        </w:rPr>
        <w:t>[Leave a blank line, or begin a new paragraph, wherever you imagine a new page or a page turn. Many agents prefer clean text without page numbers in the story; if you do mark pages, use a bracketed note such as [p. 5].]</w:t>
      </w:r>
    </w:p>
    <w:p>
      <w:pPr>
        <w:spacing w:after="240" w:before="0" w:line="480" w:lineRule="auto"/>
      </w:pPr>
      <w:r>
        <w:rPr>
          <w:b w:val="0"/>
          <w:i w:val="0"/>
        </w:rPr>
        <w:t>[Art note: Use a bracketed note only when the reader cannot understand the story without it, for example, “The narrator is the family dog.” Keep art notes few and short.]</w:t>
      </w:r>
    </w:p>
    <w:p>
      <w:pPr>
        <w:spacing w:after="240" w:before="0" w:line="480" w:lineRule="auto"/>
      </w:pPr>
      <w:r>
        <w:rPr>
          <w:b w:val="0"/>
          <w:i w:val="0"/>
        </w:rPr>
        <w:t>[Continue the story. Most fiction picture books today run under 500 to 600 words.]</w:t>
      </w:r>
    </w:p>
    <w:p>
      <w:pPr>
        <w:spacing w:after="0" w:before="240" w:line="480" w:lineRule="auto"/>
        <w:jc w:val="center"/>
      </w:pPr>
      <w:r>
        <w:rPr>
          <w:b w:val="0"/>
          <w:i w:val="0"/>
        </w:rPr>
        <w:t>[END]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22"/>
      </w:rPr>
      <w:t xml:space="preserve">[Lastname] / [SHORT TITLE] / Page </w:t>
    </w:r>
    <w:r>
      <w:rPr>
        <w:sz w:val="22"/>
      </w:rPr>
      <w:fldChar w:fldCharType="begin"/>
      <w:instrText xml:space="preserve"> PAGE </w:instrText>
      <w:fldChar w:fldCharType="separate"/>
      <w:t>1</w:t>
      <w:fldChar w:fldCharType="end"/>
    </w:r>
    <w:r>
      <w:rPr>
        <w:sz w:val="22"/>
      </w:rPr>
      <w:t xml:space="preserve"> of </w:t>
    </w:r>
    <w:r>
      <w:rPr>
        <w:sz w:val="22"/>
      </w:rPr>
      <w:fldChar w:fldCharType="begin"/>
      <w:instrText xml:space="preserve"> NUMPAGES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Picture-Book Manuscript Template</dc:title>
  <dc:subject/>
  <dc:creator>James Mulhern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