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rPr>
          <w:color w:val="7A1F2B"/>
          <w:sz w:val="60"/>
        </w:rPr>
        <w:t>Writing Alternate History</w:t>
      </w:r>
    </w:p>
    <w:p>
      <w:pPr>
        <w:jc w:val="center"/>
      </w:pPr>
      <w:r>
        <w:rPr>
          <w:i/>
          <w:sz w:val="36"/>
        </w:rPr>
        <w:t>Writer’s Workbook</w:t>
      </w:r>
    </w:p>
    <w:p>
      <w:pPr>
        <w:spacing w:before="360"/>
        <w:jc w:val="center"/>
      </w:pPr>
      <w:r>
        <w:rPr>
          <w:sz w:val="22"/>
        </w:rPr>
        <w:t>Seven editable templates to accompany Writing Alternate History: A Complete Guide. Type directly into the tables; add rows as you need them.</w:t>
      </w:r>
    </w:p>
    <w:p>
      <w:pPr>
        <w:spacing w:before="360"/>
        <w:jc w:val="center"/>
      </w:pPr>
      <w:r>
        <w:rPr>
          <w:sz w:val="24"/>
        </w:rPr>
        <w:t>Title of my book: ______________________________</w:t>
      </w:r>
    </w:p>
    <w:p>
      <w:pPr>
        <w:jc w:val="center"/>
      </w:pPr>
      <w:r>
        <w:rPr>
          <w:sz w:val="24"/>
        </w:rPr>
        <w:t>Writer: ______________________________</w:t>
      </w:r>
    </w:p>
    <w:p>
      <w:pPr>
        <w:spacing w:before="2400"/>
        <w:jc w:val="center"/>
      </w:pPr>
      <w:r>
        <w:rPr>
          <w:sz w:val="20"/>
        </w:rPr>
        <w:t>James Mulhern · Silver Current Press · Philadelphia</w:t>
      </w:r>
    </w:p>
    <w:p>
      <w:r>
        <w:br w:type="page"/>
      </w:r>
    </w:p>
    <w:p>
      <w:pPr>
        <w:keepNext/>
        <w:spacing w:before="0"/>
      </w:pPr>
      <w:r>
        <w:rPr>
          <w:b/>
          <w:color w:val="7A1F2B"/>
          <w:sz w:val="30"/>
        </w:rPr>
        <w:t>Template 1. The Point-of-Divergence Worksheet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trHeight w:val="864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The point of divergence, in one sentence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Date and place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What really happened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What happens instead, and why it is plausible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Who knows about the change at first? Who learns of it later?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Three immediate consequences (within a month)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Three larger consequences (within a year)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What stays the same despite the change, and why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What the changed world loses as well as gains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How far forward the story goes, and its main setting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keepNext/>
        <w:spacing w:before="0"/>
      </w:pPr>
      <w:r>
        <w:rPr>
          <w:b/>
          <w:color w:val="7A1F2B"/>
          <w:sz w:val="30"/>
        </w:rPr>
        <w:t>Template 2. The Divergence Timeline</w:t>
      </w:r>
    </w:p>
    <w:p>
      <w:r>
        <w:rPr>
          <w:i/>
          <w:sz w:val="20"/>
        </w:rPr>
        <w:t>Use one row for each event, and keep it up to date as you write. Everything in the “Real history” column must be checked against a source.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rPr>
          <w:tblHeader w:val="true"/>
        </w:trPr>
        <w:tc>
          <w:tcPr>
            <w:tcW w:type="dxa" w:w="1440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type="dxa" w:w="3024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REAL HISTORY</w:t>
            </w:r>
          </w:p>
        </w:tc>
        <w:tc>
          <w:tcPr>
            <w:tcW w:type="dxa" w:w="3024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CHANGED HISTORY</w:t>
            </w:r>
          </w:p>
        </w:tc>
        <w:tc>
          <w:tcPr>
            <w:tcW w:type="dxa" w:w="2160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CAUSED BY (EARLIER ROW)</w:t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keepNext/>
        <w:spacing w:before="0"/>
      </w:pPr>
      <w:r>
        <w:rPr>
          <w:b/>
          <w:color w:val="7A1F2B"/>
          <w:sz w:val="30"/>
        </w:rPr>
        <w:t>Template 3. The Character 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trHeight w:val="792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Name, age, and birthplace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92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Community, faith, language, caste or class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92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Occupation or rank and unit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92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Family and what they depend on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92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What this person wants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92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What this person fears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92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How the point of divergence changes this life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92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Where this person would have been in real history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92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Loyalties, and what would break them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92"/>
        </w:trPr>
        <w:tc>
          <w:tcPr>
            <w:tcW w:type="dxa" w:w="3600"/>
          </w:tcPr>
          <w:p>
            <w:r/>
            <w:r>
              <w:rPr>
                <w:b/>
                <w:sz w:val="20"/>
              </w:rPr>
              <w:t>Voice: words and phrases this person uses</w:t>
            </w:r>
          </w:p>
        </w:tc>
        <w:tc>
          <w:tcPr>
            <w:tcW w:type="dxa" w:w="6048"/>
          </w:tcPr>
          <w:p>
            <w:r/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keepNext/>
        <w:spacing w:before="0"/>
      </w:pPr>
      <w:r>
        <w:rPr>
          <w:b/>
          <w:color w:val="7A1F2B"/>
          <w:sz w:val="30"/>
        </w:rPr>
        <w:t>Template 4. The Fact and Invention Ledger</w:t>
      </w:r>
    </w:p>
    <w:p>
      <w:r>
        <w:rPr>
          <w:i/>
          <w:sz w:val="20"/>
        </w:rPr>
        <w:t>Record every real person, place, and event you use, and every change you make. This becomes your author’s note.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rPr>
          <w:tblHeader w:val="true"/>
        </w:trPr>
        <w:tc>
          <w:tcPr>
            <w:tcW w:type="dxa" w:w="2592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PERSON, PLACE, OR EVENT</w:t>
            </w:r>
          </w:p>
        </w:tc>
        <w:tc>
          <w:tcPr>
            <w:tcW w:type="dxa" w:w="1584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REAL OR INVENTED?</w:t>
            </w:r>
          </w:p>
        </w:tc>
        <w:tc>
          <w:tcPr>
            <w:tcW w:type="dxa" w:w="3024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WHAT I CHANGED</w:t>
            </w:r>
          </w:p>
        </w:tc>
        <w:tc>
          <w:tcPr>
            <w:tcW w:type="dxa" w:w="2448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SOURCE CHECKED</w:t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720"/>
        </w:trPr>
        <w:tc>
          <w:tcPr>
            <w:tcW w:type="dxa" w:w="2592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58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keepNext/>
        <w:spacing w:before="0"/>
      </w:pPr>
      <w:r>
        <w:rPr>
          <w:b/>
          <w:color w:val="7A1F2B"/>
          <w:sz w:val="30"/>
        </w:rPr>
        <w:t>Template 5. Manuscript Format</w:t>
      </w:r>
    </w:p>
    <w:p>
      <w:pPr>
        <w:pStyle w:val="ListBullet"/>
      </w:pPr>
      <w:r>
        <w:rPr>
          <w:b/>
        </w:rPr>
        <w:t xml:space="preserve">Page. </w:t>
      </w:r>
      <w:r>
        <w:t>Standard letter or A4, 1-inch margins, 12-point Times New Roman or a similar serif, double-spaced, left-aligned.</w:t>
      </w:r>
    </w:p>
    <w:p>
      <w:pPr>
        <w:pStyle w:val="ListBullet"/>
      </w:pPr>
      <w:r>
        <w:rPr>
          <w:b/>
        </w:rPr>
        <w:t xml:space="preserve">First page. </w:t>
      </w:r>
      <w:r>
        <w:t>Your name, address, telephone, and email at top left; word count rounded to the nearest thousand at top right; title and “by” line centered about a third of the way down.</w:t>
      </w:r>
    </w:p>
    <w:p>
      <w:pPr>
        <w:pStyle w:val="ListBullet"/>
      </w:pPr>
      <w:r>
        <w:rPr>
          <w:b/>
        </w:rPr>
        <w:t xml:space="preserve">Header. </w:t>
      </w:r>
      <w:r>
        <w:t>Surname / Short Title / page number on every page after the first.</w:t>
      </w:r>
    </w:p>
    <w:p>
      <w:pPr>
        <w:pStyle w:val="ListBullet"/>
      </w:pPr>
      <w:r>
        <w:rPr>
          <w:b/>
        </w:rPr>
        <w:t xml:space="preserve">Chapters. </w:t>
      </w:r>
      <w:r>
        <w:t>Each chapter on a new page, its heading a third of the way down.</w:t>
      </w:r>
    </w:p>
    <w:p>
      <w:pPr>
        <w:pStyle w:val="ListBullet"/>
      </w:pPr>
      <w:r>
        <w:rPr>
          <w:b/>
        </w:rPr>
        <w:t xml:space="preserve">Paragraphs. </w:t>
      </w:r>
      <w:r>
        <w:t>First line indented half an inch; no extra space between paragraphs.</w:t>
      </w:r>
    </w:p>
    <w:p>
      <w:pPr>
        <w:pStyle w:val="ListBullet"/>
      </w:pPr>
      <w:r>
        <w:rPr>
          <w:b/>
        </w:rPr>
        <w:t xml:space="preserve">Scene breaks. </w:t>
      </w:r>
      <w:r>
        <w:t>A centered # or three asterisks.</w:t>
      </w:r>
    </w:p>
    <w:p>
      <w:pPr>
        <w:pStyle w:val="ListBullet"/>
      </w:pPr>
      <w:r>
        <w:rPr>
          <w:b/>
        </w:rPr>
        <w:t xml:space="preserve">File. </w:t>
      </w:r>
      <w:r>
        <w:t>Save as Word (.docx) unless the guidelines ask otherwise; Baen, for example, asks for .rtf.</w:t>
      </w:r>
    </w:p>
    <w:p>
      <w:pPr>
        <w:keepNext/>
        <w:spacing w:before="280"/>
      </w:pPr>
      <w:r>
        <w:rPr>
          <w:b/>
          <w:color w:val="7A1F2B"/>
          <w:sz w:val="30"/>
        </w:rPr>
        <w:t>Template 6. The Query Letter</w:t>
      </w:r>
    </w:p>
    <w:p>
      <w:r>
        <w:rPr>
          <w:i w:val="0"/>
          <w:sz w:val="22"/>
        </w:rPr>
        <w:t>Dear [Agent’s name],</w:t>
      </w:r>
    </w:p>
    <w:p>
      <w:r>
        <w:rPr>
          <w:i w:val="0"/>
          <w:sz w:val="22"/>
        </w:rPr>
        <w:t>[Hook: one or two sentences that set the point of divergence and the stakes.]</w:t>
      </w:r>
    </w:p>
    <w:p>
      <w:r>
        <w:rPr>
          <w:i w:val="0"/>
          <w:sz w:val="22"/>
        </w:rPr>
        <w:t>[Story: one or two paragraphs. Who is the main character? What does she or he want? What stands in the way? What must be decided?]</w:t>
      </w:r>
    </w:p>
    <w:p>
      <w:r>
        <w:rPr>
          <w:i w:val="0"/>
          <w:sz w:val="22"/>
        </w:rPr>
        <w:t>[Title] is an alternate history novel, complete at [number] words. It will appeal to readers of [Comp 1] and [Comp 2]. I am querying you because [a specific, honest reason: a book you represent, or an interest you have stated].</w:t>
      </w:r>
    </w:p>
    <w:p>
      <w:r>
        <w:rPr>
          <w:i w:val="0"/>
          <w:sz w:val="22"/>
        </w:rPr>
        <w:t>[Biography: two or three sentences. Relevant education, research, publications, or connection to the subject.]</w:t>
      </w:r>
    </w:p>
    <w:p>
      <w:r>
        <w:rPr>
          <w:i w:val="0"/>
          <w:sz w:val="22"/>
        </w:rPr>
        <w:t>Thank you for your time and consideration.</w:t>
      </w:r>
    </w:p>
    <w:p>
      <w:r>
        <w:rPr>
          <w:i w:val="0"/>
          <w:sz w:val="22"/>
        </w:rPr>
        <w:t>Sincerely,</w:t>
        <w:br/>
        <w:t>[Name] · [Email] · [Telephone]</w:t>
      </w:r>
    </w:p>
    <w:p>
      <w:r>
        <w:br w:type="page"/>
      </w:r>
    </w:p>
    <w:p>
      <w:pPr>
        <w:keepNext/>
        <w:spacing w:before="0"/>
      </w:pPr>
      <w:r>
        <w:rPr>
          <w:b/>
          <w:color w:val="7A1F2B"/>
          <w:sz w:val="30"/>
        </w:rPr>
        <w:t>Template 7. The Submission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rPr>
          <w:tblHeader w:val="true"/>
        </w:trPr>
        <w:tc>
          <w:tcPr>
            <w:tcW w:type="dxa" w:w="2160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AGENT OR PUBLISHER</w:t>
            </w:r>
          </w:p>
        </w:tc>
        <w:tc>
          <w:tcPr>
            <w:tcW w:type="dxa" w:w="1224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DATE SENT</w:t>
            </w:r>
          </w:p>
        </w:tc>
        <w:tc>
          <w:tcPr>
            <w:tcW w:type="dxa" w:w="1728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WHAT I SENT</w:t>
            </w:r>
          </w:p>
        </w:tc>
        <w:tc>
          <w:tcPr>
            <w:tcW w:type="dxa" w:w="1440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REPLY EXPECTED</w:t>
            </w:r>
          </w:p>
        </w:tc>
        <w:tc>
          <w:tcPr>
            <w:tcW w:type="dxa" w:w="1224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RESULT</w:t>
            </w:r>
          </w:p>
        </w:tc>
        <w:tc>
          <w:tcPr>
            <w:tcW w:type="dxa" w:w="1872"/>
            <w:shd w:val="clear" w:color="auto" w:fill="7A1F2B"/>
          </w:tcPr>
          <w:p>
            <w:r/>
            <w:r>
              <w:rPr>
                <w:b/>
                <w:color w:val="FFFFFF"/>
                <w:sz w:val="16"/>
              </w:rPr>
              <w:t>NOTES</w:t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05"/>
        </w:trPr>
        <w:tc>
          <w:tcPr>
            <w:tcW w:type="dxa" w:w="216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368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9"/>
      </w:rPr>
      <w:t xml:space="preserve">Page </w:t>
    </w:r>
    <w:r>
      <w:rPr>
        <w:sz w:val="19"/>
      </w:rPr>
      <w:fldChar w:fldCharType="begin"/>
    </w:r>
    <w:r>
      <w:rPr>
        <w:sz w:val="19"/>
      </w:rPr>
      <w:instrText xml:space="preserve">PAGE</w:instrText>
    </w:r>
    <w:r>
      <w:rPr>
        <w:sz w:val="19"/>
      </w:rPr>
      <w:fldChar w:fldCharType="separate"/>
    </w:r>
    <w:r>
      <w:rPr>
        <w:sz w:val="19"/>
      </w:rPr>
      <w:t>1</w:t>
    </w:r>
    <w:r>
      <w:rPr>
        <w:sz w:val="19"/>
      </w:rPr>
      <w:fldChar w:fldCharType="end"/>
    </w:r>
    <w:r>
      <w:rPr>
        <w:sz w:val="19"/>
      </w:rPr>
      <w:t xml:space="preserve"> of </w:t>
    </w:r>
    <w:r>
      <w:rPr>
        <w:sz w:val="19"/>
      </w:rPr>
      <w:fldChar w:fldCharType="begin"/>
    </w:r>
    <w:r>
      <w:rPr>
        <w:sz w:val="19"/>
      </w:rPr>
      <w:instrText xml:space="preserve">NUMPAGES</w:instrText>
    </w:r>
    <w:r>
      <w:rPr>
        <w:sz w:val="19"/>
      </w:rPr>
      <w:fldChar w:fldCharType="separate"/>
    </w:r>
    <w:r>
      <w:rPr>
        <w:sz w:val="19"/>
      </w:rPr>
      <w:t>1</w:t>
    </w:r>
    <w:r>
      <w:rPr>
        <w:sz w:val="1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color w:val="7A1F2B"/>
        <w:sz w:val="16"/>
      </w:rPr>
      <w:t>WRITING ALTERNATE HISTORY · WRITER’S WORKBOOK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Alternate History: Writer’s Workbook</dc:title>
  <dc:subject/>
  <dc:creator>James Mulhern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